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Website copy for families</w:t>
      </w:r>
    </w:p>
    <w:p>
      <w:r>
        <w:t>From Birdie's family resource pack. Before you publish, fill in or delete everything highlighted in yellow. Make "How we use Birdie to deliver your care" a main heading (H2). Only include the Q-Score section if you can see your score in Birdie Analytics, and never call it a CQC rating.</w:t>
      </w:r>
    </w:p>
    <w:p>
      <w:pPr>
        <w:pStyle w:val="Heading1"/>
      </w:pPr>
      <w:r>
        <w:t>How we use Birdie to deliver your care</w:t>
      </w:r>
    </w:p>
    <w:p>
      <w:r>
        <w:t>We use Birdie, a care platform built for homecare, to plan your visits, record the care we give and keep the people who matter in the loop. Watch the short video to see how it works for families.</w:t>
      </w:r>
    </w:p>
    <w:p>
      <w:pPr>
        <w:pStyle w:val="Heading2"/>
      </w:pPr>
      <w:r>
        <w:t>What it means for you</w:t>
      </w:r>
    </w:p>
    <w:p>
      <w:pPr>
        <w:pStyle w:val="ListBullet"/>
      </w:pPr>
      <w:r>
        <w:rPr>
          <w:b/>
        </w:rPr>
        <w:t>Your carer knows what matters to you before they arrive.</w:t>
      </w:r>
      <w:r>
        <w:t xml:space="preserve"> Your care plan, tasks and medication are on their phone for every visit.</w:t>
      </w:r>
    </w:p>
    <w:p>
      <w:pPr>
        <w:pStyle w:val="ListBullet"/>
      </w:pPr>
      <w:r>
        <w:rPr>
          <w:b/>
        </w:rPr>
        <w:t>Your care is recorded as it happens.</w:t>
      </w:r>
      <w:r>
        <w:t xml:space="preserve"> Carers note what they did, the tasks they completed and any medication given, during the visit, not hours later.</w:t>
      </w:r>
    </w:p>
    <w:p>
      <w:pPr>
        <w:pStyle w:val="ListBullet"/>
      </w:pPr>
      <w:r>
        <w:rPr>
          <w:b/>
        </w:rPr>
        <w:t>Our office sees each visit as it happens.</w:t>
      </w:r>
      <w:r>
        <w:t xml:space="preserve"> If something isn't right, we can pick it up quickly.</w:t>
      </w:r>
    </w:p>
    <w:p>
      <w:pPr>
        <w:pStyle w:val="ListBullet"/>
      </w:pPr>
      <w:r>
        <w:rPr>
          <w:b/>
        </w:rPr>
        <w:t>Your information is kept safe.</w:t>
      </w:r>
      <w:r>
        <w:t xml:space="preserve"> It's stored securely in the UK, and Birdie is certified to ISO 27001, the international standard for information security.</w:t>
      </w:r>
    </w:p>
    <w:p>
      <w:pPr>
        <w:pStyle w:val="Heading1"/>
      </w:pPr>
      <w:r>
        <w:t>Stay connected with the Family App</w:t>
      </w:r>
    </w:p>
    <w:p>
      <w:r>
        <w:t xml:space="preserve">Family members we invite can use the Birdie Family App to see visit notes, completed tasks, medication and any concerns we've shared, wherever they live. </w:t>
      </w:r>
      <w:r>
        <w:rPr>
          <w:highlight w:val="yellow"/>
        </w:rPr>
        <w:t>[Optional, only if your package includes it: They can also see who is visiting and when, for the next seven days.]</w:t>
      </w:r>
      <w:r>
        <w:t xml:space="preserve"> </w:t>
      </w:r>
      <w:r>
        <w:rPr>
          <w:highlight w:val="yellow"/>
        </w:rPr>
        <w:t>[Optional, only if you share care plans: They can read the care plan too.]</w:t>
      </w:r>
    </w:p>
    <w:p>
      <w:r>
        <w:t>To get started, ask us to add you to your relative's care circle. You'll get a text with a link to download the app.</w:t>
      </w:r>
    </w:p>
    <w:p>
      <w:pPr>
        <w:pStyle w:val="Heading1"/>
      </w:pPr>
      <w:r>
        <w:t>How we track the quality of our care</w:t>
      </w:r>
    </w:p>
    <w:p>
      <w:r>
        <w:t xml:space="preserve">We use Birdie's Q-Score to keep track of the quality of our care every day. It's a quality benchmark built in line with the CQC's categories, and it shows how we're doing now, not just at our last inspection. Our Q-Score is </w:t>
      </w:r>
      <w:r>
        <w:rPr>
          <w:highlight w:val="yellow"/>
        </w:rPr>
        <w:t>[score]</w:t>
      </w:r>
      <w:r>
        <w:t xml:space="preserve">, last updated </w:t>
      </w:r>
      <w:r>
        <w:rPr>
          <w:highlight w:val="yellow"/>
        </w:rPr>
        <w:t>[month year]</w:t>
      </w:r>
      <w:r>
        <w:t>.</w:t>
      </w:r>
    </w:p>
    <w:p>
      <w:pPr>
        <w:pStyle w:val="Heading1"/>
      </w:pPr>
      <w:r>
        <w:t>Questions families ask</w:t>
      </w:r>
    </w:p>
    <w:p>
      <w:r>
        <w:rPr>
          <w:b/>
        </w:rPr>
        <w:t>Can I see how my relative's visits went?</w:t>
      </w:r>
      <w:r>
        <w:br/>
      </w:r>
      <w:r>
        <w:t>Yes. Once we've added you to the care circle, you can read visit notes, see which tasks were completed and check medication on the Family App.</w:t>
      </w:r>
    </w:p>
    <w:p>
      <w:r>
        <w:rPr>
          <w:b/>
        </w:rPr>
        <w:t>Who can see my relative's information?</w:t>
      </w:r>
      <w:r>
        <w:br/>
      </w:r>
      <w:r>
        <w:t>Only people involved in their care, and family members they've agreed we can invite. Health professionals, such as district nurses or emergency services, can also view recent care records with a secure access code, and we're alerted every time they do. If you use the Family App, you'll only see your own relative's care.</w:t>
      </w:r>
    </w:p>
    <w:p>
      <w:r>
        <w:rPr>
          <w:b/>
        </w:rPr>
        <w:t>Will I be told if something goes wrong?</w:t>
      </w:r>
      <w:r>
        <w:br/>
      </w:r>
      <w:r>
        <w:t>Our office reviews any concern a carer raises and decides with you how to share it. If something important happens, we'll contact you directly.</w:t>
      </w:r>
    </w:p>
    <w:p>
      <w:r>
        <w:rPr>
          <w:b/>
        </w:rPr>
        <w:t>Can I message the carer or change a visit through the app?</w:t>
      </w:r>
      <w:r>
        <w:br/>
      </w:r>
      <w:r>
        <w:t xml:space="preserve">No. The Family App lets you see the care being delivered, but it doesn't send messages or make changes. To change a visit or raise anything, call us on </w:t>
      </w:r>
      <w:r>
        <w:rPr>
          <w:highlight w:val="yellow"/>
        </w:rPr>
        <w:t>[office phone number]</w:t>
      </w:r>
      <w:r>
        <w:t>.</w:t>
      </w:r>
    </w:p>
    <w:p>
      <w:r>
        <w:rPr>
          <w:b/>
        </w:rPr>
        <w:t>Why is my carer using their phone during the visit?</w:t>
      </w:r>
      <w:r>
        <w:br/>
      </w:r>
      <w:r>
        <w:t>They're recording the care they've just given, so nothing relies on memory or a paper folder. It's how your care plan and visit notes stay up to date.</w:t>
      </w:r>
    </w:p>
    <w:p>
      <w:r>
        <w:rPr>
          <w:b/>
        </w:rPr>
        <w:t>What if I'm not comfortable using apps?</w:t>
      </w:r>
      <w:r>
        <w:br/>
      </w:r>
      <w:r>
        <w:t xml:space="preserve">You don't need to use the Family App. We're always happy to talk you through how the visits are going on </w:t>
      </w:r>
      <w:r>
        <w:rPr>
          <w:highlight w:val="yellow"/>
        </w:rPr>
        <w:t>[office phone number]</w:t>
      </w: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